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rial" w:hAnsi="Arial"/>
          <w:b/>
          <w:color w:val="071F35"/>
          <w:sz w:val="38"/>
        </w:rPr>
        <w:t>CLIENT REFERENCE FOR SELF-EMPLOYED ENGINEER</w:t>
      </w:r>
    </w:p>
    <w:p>
      <w:pPr>
        <w:jc w:val="center"/>
      </w:pPr>
      <w:r>
        <w:rPr>
          <w:i/>
          <w:color w:val="5A6978"/>
          <w:sz w:val="18"/>
        </w:rPr>
        <w:t>Template for a client or contracting organisation to verify engineering services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0080"/>
      </w:tblGrid>
      <w:tr>
        <w:tc>
          <w:tcPr>
            <w:tcW w:type="dxa" w:w="10080"/>
            <w:shd w:fill="FFF4D6"/>
            <w:vAlign w:val="center"/>
          </w:tcPr>
          <w:p>
            <w:r>
              <w:rPr>
                <w:b/>
                <w:color w:val="60450B"/>
                <w:sz w:val="18"/>
              </w:rPr>
              <w:t>The client/contracting organisation should issue this on its official letterhead. Do not ask your own company to sign as the independent client verifier.</w:t>
            </w:r>
          </w:p>
        </w:tc>
      </w:tr>
    </w:tbl>
    <w:p>
      <w:r>
        <w:t>[Client / contracting organisation letterhead]</w:t>
        <w:br/>
        <w:t>[Date of issue]</w:t>
      </w:r>
    </w:p>
    <w:p>
      <w:r>
        <w:t>To Whom It May Concern,</w:t>
      </w:r>
    </w:p>
    <w:p>
      <w:r>
        <w:rPr>
          <w:b/>
        </w:rPr>
        <w:t>VERIFICATION OF ENGINEERING SERVICES – [APPLICANT / BUSINESS NAME]</w:t>
      </w:r>
    </w:p>
    <w:p>
      <w:r>
        <w:t>This letter confirms that [Client organisation] engaged [Applicant full name / registered business name] to provide engineering services under the following arrangement: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EAF2F8"/>
          </w:tcPr>
          <w:p>
            <w:r>
              <w:t>Contract / engagement period</w:t>
            </w:r>
          </w:p>
        </w:tc>
        <w:tc>
          <w:tcPr>
            <w:tcW w:type="dxa" w:w="5040"/>
          </w:tcPr>
          <w:p>
            <w:r>
              <w:t>[Start date] to [End date]</w:t>
            </w:r>
          </w:p>
        </w:tc>
      </w:tr>
      <w:tr>
        <w:tc>
          <w:tcPr>
            <w:tcW w:type="dxa" w:w="5040"/>
            <w:shd w:fill="EAF2F8"/>
          </w:tcPr>
          <w:p>
            <w:r>
              <w:t>Hours worked</w:t>
            </w:r>
          </w:p>
        </w:tc>
        <w:tc>
          <w:tcPr>
            <w:tcW w:type="dxa" w:w="5040"/>
          </w:tcPr>
          <w:p>
            <w:r>
              <w:t>[Average hours per week]</w:t>
            </w:r>
          </w:p>
        </w:tc>
      </w:tr>
      <w:tr>
        <w:tc>
          <w:tcPr>
            <w:tcW w:type="dxa" w:w="5040"/>
            <w:shd w:fill="EAF2F8"/>
          </w:tcPr>
          <w:p>
            <w:r>
              <w:t>Fee / pay rate</w:t>
            </w:r>
          </w:p>
        </w:tc>
        <w:tc>
          <w:tcPr>
            <w:tcW w:type="dxa" w:w="5040"/>
          </w:tcPr>
          <w:p>
            <w:r>
              <w:t>[Amount and currency / contract value]</w:t>
            </w:r>
          </w:p>
        </w:tc>
      </w:tr>
      <w:tr>
        <w:tc>
          <w:tcPr>
            <w:tcW w:type="dxa" w:w="5040"/>
            <w:shd w:fill="EAF2F8"/>
          </w:tcPr>
          <w:p>
            <w:r>
              <w:t>Project / location</w:t>
            </w:r>
          </w:p>
        </w:tc>
        <w:tc>
          <w:tcPr>
            <w:tcW w:type="dxa" w:w="5040"/>
          </w:tcPr>
          <w:p>
            <w:r>
              <w:t>[Name and location]</w:t>
            </w:r>
          </w:p>
        </w:tc>
      </w:tr>
      <w:tr>
        <w:tc>
          <w:tcPr>
            <w:tcW w:type="dxa" w:w="5040"/>
            <w:shd w:fill="EAF2F8"/>
          </w:tcPr>
          <w:p>
            <w:r>
              <w:t>Client contact</w:t>
            </w:r>
          </w:p>
        </w:tc>
        <w:tc>
          <w:tcPr>
            <w:tcW w:type="dxa" w:w="5040"/>
          </w:tcPr>
          <w:p>
            <w:r>
              <w:t>[Name, title, work email, telephone]</w:t>
            </w:r>
          </w:p>
        </w:tc>
      </w:tr>
    </w:tbl>
    <w:p>
      <w:r>
        <w:br/>
        <w:t>The engineering services personally performed by [Applicant name] included:</w:t>
      </w:r>
    </w:p>
    <w:p>
      <w:pPr>
        <w:pStyle w:val="ListBullet"/>
      </w:pPr>
      <w:r>
        <w:t>[Service 1: detailed technical engineering task personally delivered.]</w:t>
      </w:r>
    </w:p>
    <w:p>
      <w:pPr>
        <w:pStyle w:val="ListBullet"/>
      </w:pPr>
      <w:r>
        <w:t>[Service 2: detailed technical engineering task personally delivered.]</w:t>
      </w:r>
    </w:p>
    <w:p>
      <w:pPr>
        <w:pStyle w:val="ListBullet"/>
      </w:pPr>
      <w:r>
        <w:t>[Service 3: detailed technical engineering task personally delivered.]</w:t>
      </w:r>
    </w:p>
    <w:p>
      <w:pPr>
        <w:pStyle w:val="ListBullet"/>
      </w:pPr>
      <w:r>
        <w:t>[Service 4: detailed technical engineering task personally delivered.]</w:t>
      </w:r>
    </w:p>
    <w:p>
      <w:pPr>
        <w:pStyle w:val="ListBullet"/>
      </w:pPr>
      <w:r>
        <w:t>[Service 5: detailed technical engineering task personally delivered.]</w:t>
      </w:r>
    </w:p>
    <w:p>
      <w:pPr>
        <w:pStyle w:val="ListBullet"/>
      </w:pPr>
      <w:r>
        <w:t>[Service 6: detailed technical engineering task personally delivered.]</w:t>
      </w:r>
    </w:p>
    <w:p>
      <w:r>
        <w:t>Deliverables supplied included [designs / calculations / reports / drawings / commissioning records / other]. The engagement was completed [satisfactorily / status] and invoices were issued by [business name].</w:t>
      </w:r>
    </w:p>
    <w:p>
      <w:r>
        <w:t>We consent to Engineers Australia or the Australian Department of Home Affairs contacting us to verify this engagement.</w:t>
      </w:r>
    </w:p>
    <w:p>
      <w:r>
        <w:br/>
        <w:t>Sincerely,</w:t>
      </w:r>
    </w:p>
    <w:p>
      <w:r>
        <w:t>[Full name of authorised signatory]</w:t>
      </w:r>
    </w:p>
    <w:p>
      <w:r>
        <w:t>[Position / relationship to employee]</w:t>
      </w:r>
    </w:p>
    <w:p>
      <w:r>
        <w:t>[Work email] | [Work telephone]</w:t>
      </w:r>
    </w:p>
    <w:p>
      <w:r>
        <w:t>[Signature]</w:t>
      </w:r>
    </w:p>
    <w:p>
      <w:r>
        <w:t>[Company stamp, if applicable]</w:t>
      </w:r>
    </w:p>
    <w:p>
      <w:r>
        <w:br/>
        <w:t>Self-employment evidence commonly also includes business registration, invoices covering the period, contracts, business bank transactions, tax reports and an organisation chart, as applicable.</w:t>
      </w:r>
    </w:p>
    <w:sectPr w:rsidR="00FC693F" w:rsidRPr="0006063C" w:rsidSect="00034616">
      <w:pgSz w:w="12240" w:h="15840"/>
      <w:pgMar w:top="648" w:right="1080" w:bottom="648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40" w:line="240" w:lineRule="auto"/>
    </w:pPr>
    <w:rPr>
      <w:rFonts w:ascii="Arial" w:hAnsi="Arial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Arial" w:hAnsi="Arial"/>
      <w:b/>
      <w:color w:val="071F35"/>
      <w:spacing w:val="5"/>
      <w:kern w:val="28"/>
      <w:sz w:val="4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